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התמרורים המרכזיים בכביש ואת הכלל הבטיחותי שמאחורי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כלל בטיחותי לערך אישי וחברתי (אחריות, סבלנות, ויתור, גבולות)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מנומק בעד ונגד סביב דילמה שמעלה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ולהציג תמרור אישי המבטא ערך נבחר בשפה ברורה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תמרורי יסוד ומשמעותם בכביש – זיהוי ומשמעות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לרכב שבדרך הראשית,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עומדים על שפת המדרכה ומביטים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בהליכה ישרה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לווסת את התנועה באמצעות 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תמרורי יסוד ומשמעותם בכביש – התאמת תמרור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לפני הקו ובדיקה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(האטה ומתן מעבר לרכב שבדרך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(חציה בהליכה ישרה אחרי הבטה לשני הצדדים)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(עצירה מוחלטת עד שהאור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(אפשר להמשיך 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תמרורי יסוד ומשמעותם בכביש – כתיבה ברוח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לפני תגובה פזיזה כדאי לעצור רגע ולחשוב כדי לא לטעות.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יש לנמק עם דוגמה: לפעמים ויתור הוא כוח ולפעמים ויתור יתר פוגע 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המקשרת בין משמעות התמרור בכביש לערך אישי, למשל אחריות או סבלנות.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– למשל: גם שם צריך לעצור, להביט ולהתקדם בזהירות לשלב הבא.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מהתמרור לערך: אחריות, סבלנות וזכות קדימה – התאמת 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(סבלנות ואיפוק)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(אחריות ובחירות)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(קשב וריכוז)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מהתמרור לערך: אחריות, סבלנות וזכות קדימה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בכביש מאטים ונותנים לרכב אחר לעבור קודם, וזהו סוג של ויתור כדי שלאחר יהיה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העצירה בכביש מעוררת שאלה על עצירה לרגע לפני תגובה או החלטה בחיים, למשל כשכועסים.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גבול ברור, כמו תמרור שמסמן איפה אסור להיכנס, מגן על שני הצדדים ולא רק מגביל.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שעוצרים לפני שממשיכים בכביש, אפשר לעצור רגע לפני שמגיבים מתוך כעס.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בחציית כביש מקשיבים לצלילים (כמו רכב מתקרב) בדיוק כמו שמסתכלים, ושני החושים חשובים לבטיחות.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מהתמרור לערך: אחריות, סבלנות וזכות קדימה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הגדרת גבול כלשהו (לדוגמה זמן אישי, פרטיות) ודרך מכבדת להעביר אותו לאחרים.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המקשרת בין המתנה והעברת זכות קדימה לרכב אחר, לבין ויתור לטובת מישהו אחר בחיים, למשל בוויכוח או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הכוללת טיעון אחד בעד (למשל שמירה על יחסים טובים) וטיעון אחד נגד (למשל ויתור מתמיד עלול לפגוע בצרכים האישיים), עם דוגמה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המתארת מצב התלבטות אמיתי וקושרת אותו לערך של אחריות ובחירות או סבלנות ואיפוק.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דילמות וכתיבת טיעון סביב תמרורים – הכרת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עצירה מלאה לפני הקו ובדיקת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להאט ולתת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 עוזר לי לעבור בבטחה שלב חדש בחיים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דילמות וכתיבת טיעון סביב תמרורים – מהתמרור לדילמה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(מתי בחיים כדאי לעצור ולחשוב לפני שממשיכים?)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עוזר לי לעצור לפני שאני מגיב/ה מתוך כעס?)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(האם ויתור הוא תמיד חולשה, או לפעמים דווקא כוח?)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עוזר לי לחצות בבטחה שלב חדש בחיים?)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דילמות וכתיבת טיעון סביב תמרורים – השלמה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תן זכות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דילמות וכתיבת טיעון סביב תמרורים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לתשובה טובה: שני המקרים דורשים הפסקה לפני פעולה, בדיקה של המצב (הכיוונים לעומת הרגשות), והמשך רק כשבטוח. חיבור ברור בין הבדיקה הפיזית לבדיקה הרגשית.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התאמה וחידון: תמרור, משמעות וערך – זיהוי משמעות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בהליכה ישרה אחרי שמביטים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התאמה וחידון: תמרור, משמעות וערך – התאמת תמרור לערך 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(לעצור ולחשוב לפני שמגיבים)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(לוותר למען מישהו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(למצוא ביטחון במעבר לשלב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(לשמור על גבול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(להמשיך בהתלהבות כשמשהו מניע אותנו)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(ערך שמוביל אותנו בעשייה היומיומית)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 התאמה וחידון: תמרור, משמעות וערך – כתיבה ומחשבה: מהתמרור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המקשרת בין משמעות התמרור בכביש לערך אישי, עם נימוק קצר וברור.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מנומק אחד, בעד או נגד, המתייחס לרעיון הוויתור.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של מצב אישי ושל התוצאה החיובית של העצירה למחשבה.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בונים תמרור אישי ומציגים עמדה – זכרון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מעצבים תמרור אישי וכותבים את 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לעמוד בשפת המדרכה, להביט לצדדים ולחצות בהליכה ישרה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תמרור אישי ומציגים עמדה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כרטיס כולל משמעות בכביש, שאלת שיח והנחיה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בכביש מאטים ונותנים לרכב בדרך הראשית לעבור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תמרור אישי ומציגים עמדה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תמרור אישי ומציגים עמדה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ובחירות – לעצור ולחשוב לפני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(ויתור למען מישהו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(ביטחון במעבר שלב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(סבלנות ואיפוק)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ידע כללי על תמרורים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עצירה מלאה ולהביט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להאט ולתת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אחריות ובחירות, וסבלנות ואיפוק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להביט לצדדים ולחצות בהליכה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תמרור ← מה הוא אומר בכביש ← ערך 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כתיבת טיעון ומאמר דעה סביב דילמות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לעצב תמרור אישי ולכתוב את המשמעות שלו בחיים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אישי, הרגע שבו נעצרו, ומה השתנה בעקבות העצירה.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אחד בעד (ויתור מראה חוזק ושומר על קשרים) וטיעון אחד נגד (ויתור מתמיד עלול לפגוע בצרכים האישיים), עם מסקנה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מצב יומיומי עם התלבטות, שתי האפשרויות וההשלכות שלהן, והצעה מנומקת לדרך פעולה.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בבירור בין הכלל בכביש (מה עושים בפועל) לבין הערך המופשט (אחריות, סבלנות, ויתור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טוב כולל לפחות נימוק אחד לכל צד ומסקנה אישית מנומקת, לא רק דעה חד-צדדית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תמרור אישי טוב כולל שם ברור, תיאור חזותי קצר והסבר כתוב שמחבר בין הסמל לערך הנבחר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שיעורים: פרק אחד או שניים בכל מפגש, עם זמן לדיון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לצמצם למשפט תשובה אחד לכל שאלה, ולהוסיף עזרים חזותיים של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להרחיב את פרק הדילמות לכתיבת מאמר דעה שלם במקום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קצר במליאה, כדי לחזק את הקישור בין התמרור לערך האישי בעזרת דוגמאות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תמרורים בכביש ועל ערכים בחיים. עונים על השאלות לפי הסדר, ובסוף כל פרק כותבים משפט אחד שמסכם מה 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בכביש שמעביר הוראה או מידע לנהגים ולהולכי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עצירה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עצירה של הרכב עד לעצירה גמורה, בלי תנועה כלל, לפני המשך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שקובע מי רשאי לעבור ראשון בצומת או במעבר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לקחת על עצמך תוצאות של החלטה או 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לעצור ולא להגיב מיד מתוך כעס או דחף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יש שתי אפשרויות או יותר, וכל אחת כרוכה בוויתור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קביעה המלווה בהנמקה שתומכת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שמסמן עד כמה מותר להתקדם או להתנהג במצב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הולכי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הנעים ברגל בכביש או במדרכה, ולא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הולכי רגל רשאים לחצות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עם תמרורי יסוד ומשמעותם בכביש – זיהוי ומשמעות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לפני הקו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בנסיעה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חונים במקום לזמן ממושך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מאטים כדי לתת למישהו לעבור?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כשהרכב שלי נמצא בדרך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לרכב שבדרך הראשית, לפני שממשיכים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כשיש פקק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לפני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על שפת המדרכה ומביטים לשני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חוצים מיד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לאמצע הכביש ומסתכלים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ממתינים לרכב שיעצור בעצמו בלי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הולכים בזמן החציה?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בהליכה ישרה ולא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בזיגזג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בעצירות קצרות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 הרמזור?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לווסת את התנועה באמצעות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מקומות חניה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עם תמרורי יסוד ומשמעותם בכביש – התאמת תמרור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חציה בהליכה ישרה אחרי הבטה לשני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מוחלטת עד שהאור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לפני הקו ובדיקה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להמשיך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האטה ומתן מעבר לרכב שבדרך הראשית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עם תמרורי יסוד ומשמעותם בכביש – כתיבה ברוח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אחד: למה תמרור 'עצור' רלוונטי גם מחוץ לכביש, בחיי היומיום?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ויתור בתור או ברצון אישי הוא תמיד חולשה? נמקו את עמדתכם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תמרור אחד (עצור / תן זכות קדימה / מעבר חציה) וכתבו איך משמעותו בכביש יכולה ללמד על ערך בחיים.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השלימו במשפט: מעבר חציה בכביש דומה למעבר בחיים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מהתמרור לערך: אחריות, סבלנות וזכות קדימה – התאמת 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 – לפני שמגיבים מתוך כעס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קשב וריכוז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עצור – לפני קבלת החלטה חשובה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סבלנות ואיפוק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כניסה / גבול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לתת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חציה – הסתכלות והקשבה לפני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ובחירות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מהתמרור לערך: אחריות, סבלנות וזכות קדימה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התמרור "תן זכות קדימה" קשור לערך של ויתור למען 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התמרור "עצור" מזכיר רק להפעיל את הבלמים ברכב, ואין לו שום קשר להתנהגות מחוץ לכביש.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גבול מקצועי, כמו תמרור "אין כניסה", יכולה לעזור לשמור על יחסים בריאים עם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העצירה המלאה לפני הקו בתמרור "עצור" יכולה לסמל רגע של מחשבה לפני תגובה רגשית.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קשב וריכוז בחציית כביש קשורים רק להסתכלות, ואין להם שום קשר להקשבה לסביבה.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מהתמרור לערך: אחריות, סבלנות וזכות קדימה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גבול אישי שחשוב לכם לשמור (כמו תמרור "אין כניסה"), וכתבו איך אפשר לתקשר אותו לאחרים בנימוס וברור.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בכתיבה קצרה: כיצד תמרור "תן זכות קדימה" יכול ללמד אותנו על ויתור בחיים האישיים, מחוץ לכביש.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טיעון קצר בעד ונגד הקביעה: "מי שמוותר – מרוויח". השתמשו בדוגמה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דילמה שבה קשה להחליט בין "לעצור ולחשוב" לבין "להמשיך מיד", וכתבו איזה ערך (אחריות או סבלנות) היה יכול לעזור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דילמות וכתיבת טיעון סביב תמרורים – הכרת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עצירה מלאה לפני הקו ובדיקת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האטה קלה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המשך נסיעה בזהירות יתרה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עצירה רק כשיש רכב ממול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כשרואים 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לגמרי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לעקוף את הרכב הממתין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להמשיך בנסיעה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שואל כרטיס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עוזר לי לעבור בבטחה שלב חדש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מותר לעקוף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בונים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העונש על חציה באדום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דילמות וכתיבת טיעון סביב תמרורים – מהתמרור לדילמה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תמרור עצור – שאלה על טעות שנמנעה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עוזר לי לעצור לפני שאני מגיב/ה מתוך כעס?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תמרור עצור – שאלה על כעס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 בחיים כדאי לעצור ולחשוב לפני שממשיכים?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תמרור תן זכות קדימה – שאלת 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עוזר לי לחצות בבטחה שלב חדש בחיים?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תמרור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האם ויתור הוא תמיד חולשה, או לפעמים דווקא כוח?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דילמות וכתיבת טיעון סביב תמרורים – השלמה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__________ בכרטיס השיח שואל האם ויתור הוא תמיד חולשה או לפעמים דווקא כוח.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דילמות וכתיבת טיעון סביב תמרורים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בשתיים עד שלוש שורות: במה דומה הרעיון של עצירה לפני הקו בכביש לרעיון של עצירה לפני תגובה מתוך כעס?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 התאמה וחידון: תמרור, משמעות וערך – זיהוי משמעות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לפני הקו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רק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מאיצים כדי לעבור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עצירה מלאה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מסמנים לרכב השני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בהליכה ישרה אחרי שמביטים לשני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להביט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כשיש רמזור מהבהב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ברמזור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להמשיך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תמרור בודקים משני הצדדים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 התאמה וחידון: תמרור, משמעות וערך – התאמת תמרור לערך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 למען מישהו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לשמור על גבול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להמשיך בהתלהבות כשמשהו מניע אותנו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ערך שמוביל אותנו בעשייה היומיומית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כיוון חובה – 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למצוא ביטחון במעבר לשלב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משחקי התאמה וחידון: תמרור, משמעות וערך – כתיבה ומחשבה: מהתמרור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תמרור מהחידון (למשל עצור או תן זכות קדימה) וכתבו באיזה ערך בחיים הוא קשור, ונמקו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 בעד או נגד הטענה: מי שמוותר, כמו בתמרור תן זכות קדימה, מרוויח.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אישי שבו עצרתם לחשוב לפני שהגבתם, כמו בתמרור עצור, ומה השתנה בזכות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בונים תמרור אישי ומציגים עמדה – זכרון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בונים תמרור?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מעצבים תמרור אישי וכותבים את משמעותו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חידון מהיר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מקשיבים להקראה בלי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מסובבים את גלגל ההגרלה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בכרטיס "מעבר חציה", מה ההנחיה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כדי לחצות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לעמוד בשפת המדרכה, להביט לצדדים ולחצות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רק לרמזור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באלכסון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תמרור אישי ומציגים עמדה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התמרור "עצור" מופיעה גם שאלה לשיח וגם הנחיית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"תן זכות קדימה" אומר להאיץ ולעבור ראשון לפני הרכב בדרך הראשית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תמרור אישי ומציגים עמדה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"__________" אומר לעצור עצירה מלאה לפני הקו ולהסתכל לכל הכיוונים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אישי טוב מחבר בין כלל בטיחות בכביש לבין __________ מהחיים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תמרור אישי ומציגים עמדה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 למען מישהו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סבלנות ואיפוק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ובחירות – לעצור ולחשוב לפני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 (כעס)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ביטחון במעבר שלב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ידע כללי על תמרורים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עצירה מלאה ולהביט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מעט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לצפור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 רק אם רואים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'תן זכות קדימה' מבקש מהנהג: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כדי להספיק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 בצד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לסטות לנתיב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תמרור 'עצור' באתר מקושר לשני נושאי שיח שונים –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ובחירות, וסבלנות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 רגל, ואופניים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גבולות, ואחריות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זכות קדימה, וקשב וריכוז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במעבר חציה, האופן הנכון לחצות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לצדדים ולחצות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שהרמזור יהבהב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במשחק ההתאמה באתר, הסדר המתבקש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← שאלה ← תמרור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תמרור ← מה הוא אומר בכביש ← ערך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← תמרור ←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תמרור ← משחק ←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ייחודי לכתיבה במסלול תיכון רגיל, לעומת מסלולים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טיעון ומאמר דעה סביב דילמות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תמונות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אחת קצרה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מטרת הפעילות 'בונים תמרור'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חוקי תנועה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לעצב תמרור אישי ולכתוב את המשמעות שלו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במקום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כרטיסים בין קבוצות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רגע שבו 'עצרתם לחשוב' לפני שהגבתם, בדומה לרעיון של תמרור עצור.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בעד ונגד הקביעה: 'מי שמוותר – מרוויח', כפי שעולה מכרטיס 'תן זכות קדימה'.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דילמה שבה קשה להחליט מתי לתת זכות קדימה לאחרים ומתי לעמוד על שלכם, והציעו דרך להתמודד איתה.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המשמעות הבטיחותית של שלושה תמרורים שונים, ואיזה ערך כל אחד מהם מזכיר?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הצלחתם לכתוב טיעון מנומק בעד ונגד על דילמה שמתמרור אחד, כמו 'תן זכות קדימה'?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תכננתם תמרור אישי משלכם, וכתבתם הסבר ברור למה הוא מייצג עבורכם?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תמרורי שיח: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